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D075E" w14:textId="42FD8212" w:rsidR="00777A86" w:rsidRPr="00135ED8" w:rsidRDefault="00AE7A53" w:rsidP="005D1F5B">
      <w:pPr>
        <w:spacing w:after="120" w:line="240" w:lineRule="auto"/>
        <w:jc w:val="center"/>
      </w:pPr>
      <w:r w:rsidRPr="00135ED8">
        <w:rPr>
          <w:b/>
        </w:rPr>
        <w:t xml:space="preserve">MODELO </w:t>
      </w:r>
      <w:r w:rsidR="003C529F" w:rsidRPr="00135ED8">
        <w:rPr>
          <w:b/>
        </w:rPr>
        <w:t>PARA RECLAMACIÓN DE PUNTUACIÓN AL BAREMO DE ADMISIÓN EN CICLOS DE F</w:t>
      </w:r>
      <w:r w:rsidR="00C217C8">
        <w:rPr>
          <w:b/>
        </w:rPr>
        <w:t>.P.</w:t>
      </w:r>
    </w:p>
    <w:p w14:paraId="21108508" w14:textId="77777777" w:rsidR="00777A86" w:rsidRPr="00135ED8" w:rsidRDefault="00777A86" w:rsidP="005D1F5B">
      <w:pPr>
        <w:spacing w:after="120" w:line="240" w:lineRule="auto"/>
      </w:pPr>
    </w:p>
    <w:p w14:paraId="11CC3C41" w14:textId="77777777" w:rsidR="00777A86" w:rsidRPr="00135ED8" w:rsidRDefault="00AE7A53" w:rsidP="00135ED8">
      <w:pPr>
        <w:spacing w:after="120"/>
      </w:pPr>
      <w:r w:rsidRPr="00135ED8">
        <w:rPr>
          <w:b/>
        </w:rPr>
        <w:t>EXPOSICIÓN</w:t>
      </w:r>
    </w:p>
    <w:p w14:paraId="633053DE" w14:textId="707A318B" w:rsidR="00777A86" w:rsidRPr="00135ED8" w:rsidRDefault="00AE7A53" w:rsidP="00C217C8">
      <w:pPr>
        <w:spacing w:after="120" w:line="360" w:lineRule="auto"/>
      </w:pPr>
      <w:r w:rsidRPr="00135ED8">
        <w:t>D</w:t>
      </w:r>
      <w:r w:rsidR="008E4308">
        <w:t>.</w:t>
      </w:r>
      <w:r w:rsidRPr="00135ED8">
        <w:t xml:space="preserve"> </w:t>
      </w:r>
      <w:sdt>
        <w:sdtPr>
          <w:id w:val="-19246765"/>
          <w:placeholder>
            <w:docPart w:val="DefaultPlaceholder_-1854013440"/>
          </w:placeholder>
        </w:sdtPr>
        <w:sdtEndPr/>
        <w:sdtContent>
          <w:r w:rsidRPr="00135ED8">
            <w:t>________________________</w:t>
          </w:r>
          <w:r w:rsidR="008E4308">
            <w:t>__________</w:t>
          </w:r>
          <w:r w:rsidRPr="00135ED8">
            <w:t>_____________________________________</w:t>
          </w:r>
          <w:r w:rsidR="00135ED8">
            <w:t>_</w:t>
          </w:r>
        </w:sdtContent>
      </w:sdt>
      <w:r w:rsidRPr="00135ED8">
        <w:t xml:space="preserve">, con </w:t>
      </w:r>
      <w:r w:rsidR="00F1393D" w:rsidRPr="00135ED8">
        <w:t>DNI/NIE/PASAPORTE nº</w:t>
      </w:r>
      <w:r w:rsidRPr="00135ED8">
        <w:t xml:space="preserve"> </w:t>
      </w:r>
      <w:sdt>
        <w:sdtPr>
          <w:id w:val="1117267251"/>
          <w:placeholder>
            <w:docPart w:val="DefaultPlaceholder_-1854013440"/>
          </w:placeholder>
        </w:sdtPr>
        <w:sdtEndPr/>
        <w:sdtContent>
          <w:r w:rsidRPr="00135ED8">
            <w:t>________________</w:t>
          </w:r>
          <w:r w:rsidR="00F1393D" w:rsidRPr="00135ED8">
            <w:t>_____</w:t>
          </w:r>
        </w:sdtContent>
      </w:sdt>
      <w:r w:rsidRPr="00135ED8">
        <w:t xml:space="preserve">, </w:t>
      </w:r>
      <w:r w:rsidR="00F1393D" w:rsidRPr="00135ED8">
        <w:t xml:space="preserve">padre/madre/tutor legal (indicar en el caso de alumnos/as menores de edad) </w:t>
      </w:r>
      <w:sdt>
        <w:sdtPr>
          <w:id w:val="-995409325"/>
          <w:placeholder>
            <w:docPart w:val="DefaultPlaceholder_-1854013440"/>
          </w:placeholder>
        </w:sdtPr>
        <w:sdtEndPr/>
        <w:sdtContent>
          <w:r w:rsidR="00F1393D" w:rsidRPr="00135ED8">
            <w:t>_________________________________________</w:t>
          </w:r>
          <w:r w:rsidR="00135ED8">
            <w:t xml:space="preserve">_ </w:t>
          </w:r>
          <w:r w:rsidR="00F1393D" w:rsidRPr="00135ED8">
            <w:t>_________________________</w:t>
          </w:r>
          <w:r w:rsidR="00A4393C" w:rsidRPr="00135ED8">
            <w:t>__</w:t>
          </w:r>
          <w:r w:rsidR="00135ED8">
            <w:t>________________________</w:t>
          </w:r>
        </w:sdtContent>
      </w:sdt>
      <w:r w:rsidR="00F1393D" w:rsidRPr="00135ED8">
        <w:t xml:space="preserve">, </w:t>
      </w:r>
      <w:r w:rsidR="00A4393C" w:rsidRPr="00135ED8">
        <w:t xml:space="preserve">con DNI/NIE/PASAPORTE nº </w:t>
      </w:r>
      <w:sdt>
        <w:sdtPr>
          <w:id w:val="535857469"/>
          <w:placeholder>
            <w:docPart w:val="DefaultPlaceholder_-1854013440"/>
          </w:placeholder>
        </w:sdtPr>
        <w:sdtEndPr/>
        <w:sdtContent>
          <w:r w:rsidR="00A4393C" w:rsidRPr="00135ED8">
            <w:t>____________________________________________</w:t>
          </w:r>
          <w:r w:rsidR="00135ED8">
            <w:t>_</w:t>
          </w:r>
        </w:sdtContent>
      </w:sdt>
      <w:r w:rsidR="00A4393C" w:rsidRPr="00135ED8">
        <w:t xml:space="preserve">, </w:t>
      </w:r>
      <w:r w:rsidRPr="00135ED8">
        <w:t xml:space="preserve">con domicilio en </w:t>
      </w:r>
      <w:sdt>
        <w:sdtPr>
          <w:id w:val="-354967173"/>
          <w:placeholder>
            <w:docPart w:val="DefaultPlaceholder_-1854013440"/>
          </w:placeholder>
        </w:sdtPr>
        <w:sdtEndPr/>
        <w:sdtContent>
          <w:r w:rsidRPr="00135ED8">
            <w:t>________________________________________________________</w:t>
          </w:r>
          <w:r w:rsidR="00F1393D" w:rsidRPr="00135ED8">
            <w:t>_______</w:t>
          </w:r>
        </w:sdtContent>
      </w:sdt>
      <w:r w:rsidR="00F1393D" w:rsidRPr="00135ED8">
        <w:t xml:space="preserve"> en (población) </w:t>
      </w:r>
      <w:sdt>
        <w:sdtPr>
          <w:id w:val="871660157"/>
          <w:placeholder>
            <w:docPart w:val="DefaultPlaceholder_-1854013440"/>
          </w:placeholder>
        </w:sdtPr>
        <w:sdtEndPr/>
        <w:sdtContent>
          <w:r w:rsidR="00F1393D" w:rsidRPr="00135ED8">
            <w:t>_______________________________</w:t>
          </w:r>
        </w:sdtContent>
      </w:sdt>
      <w:r w:rsidRPr="00135ED8">
        <w:t xml:space="preserve">, </w:t>
      </w:r>
      <w:r w:rsidR="00F1393D" w:rsidRPr="00135ED8">
        <w:t xml:space="preserve">provincia de </w:t>
      </w:r>
      <w:sdt>
        <w:sdtPr>
          <w:id w:val="-2067945432"/>
          <w:placeholder>
            <w:docPart w:val="DefaultPlaceholder_-1854013440"/>
          </w:placeholder>
        </w:sdtPr>
        <w:sdtEndPr/>
        <w:sdtContent>
          <w:r w:rsidR="00F1393D" w:rsidRPr="00135ED8">
            <w:t>________________________</w:t>
          </w:r>
          <w:r w:rsidR="00135ED8">
            <w:t>_____</w:t>
          </w:r>
          <w:r w:rsidR="00F1393D" w:rsidRPr="00135ED8">
            <w:t>___</w:t>
          </w:r>
        </w:sdtContent>
      </w:sdt>
      <w:r w:rsidR="00F1393D" w:rsidRPr="00135ED8">
        <w:t xml:space="preserve">, Código postal </w:t>
      </w:r>
      <w:sdt>
        <w:sdtPr>
          <w:id w:val="1206444838"/>
          <w:placeholder>
            <w:docPart w:val="DefaultPlaceholder_-1854013440"/>
          </w:placeholder>
        </w:sdtPr>
        <w:sdtEndPr/>
        <w:sdtContent>
          <w:r w:rsidR="00F1393D" w:rsidRPr="00135ED8">
            <w:t>______</w:t>
          </w:r>
          <w:r w:rsidR="00135ED8">
            <w:t>____</w:t>
          </w:r>
          <w:r w:rsidR="00F1393D" w:rsidRPr="00135ED8">
            <w:t>_________</w:t>
          </w:r>
        </w:sdtContent>
      </w:sdt>
      <w:r w:rsidR="00F1393D" w:rsidRPr="00135ED8">
        <w:t xml:space="preserve"> y teléfono </w:t>
      </w:r>
      <w:sdt>
        <w:sdtPr>
          <w:id w:val="899029467"/>
          <w:placeholder>
            <w:docPart w:val="DefaultPlaceholder_-1854013440"/>
          </w:placeholder>
        </w:sdtPr>
        <w:sdtEndPr/>
        <w:sdtContent>
          <w:r w:rsidR="00F1393D" w:rsidRPr="00135ED8">
            <w:t>____________________</w:t>
          </w:r>
          <w:r w:rsidR="00135ED8">
            <w:t>______</w:t>
          </w:r>
          <w:r w:rsidR="00F1393D" w:rsidRPr="00135ED8">
            <w:t>__________</w:t>
          </w:r>
        </w:sdtContent>
      </w:sdt>
    </w:p>
    <w:p w14:paraId="3EB7A1CB" w14:textId="77777777" w:rsidR="00A4393C" w:rsidRPr="00135ED8" w:rsidRDefault="00A4393C" w:rsidP="00C217C8">
      <w:pPr>
        <w:spacing w:after="120" w:line="360" w:lineRule="auto"/>
      </w:pPr>
    </w:p>
    <w:p w14:paraId="500E45B6" w14:textId="1B582113" w:rsidR="00777A86" w:rsidRPr="00135ED8" w:rsidRDefault="00F1393D" w:rsidP="00135ED8">
      <w:pPr>
        <w:spacing w:after="120"/>
        <w:rPr>
          <w:b/>
          <w:bCs/>
        </w:rPr>
      </w:pPr>
      <w:r w:rsidRPr="00135ED8">
        <w:rPr>
          <w:b/>
          <w:bCs/>
        </w:rPr>
        <w:t>EXPONE:</w:t>
      </w:r>
    </w:p>
    <w:p w14:paraId="4E953DB2" w14:textId="25277865" w:rsidR="00777A86" w:rsidRPr="00135ED8" w:rsidRDefault="00AE7A53" w:rsidP="005D1F5B">
      <w:pPr>
        <w:spacing w:after="120" w:line="360" w:lineRule="auto"/>
      </w:pPr>
      <w:proofErr w:type="gramStart"/>
      <w:r w:rsidRPr="00135ED8">
        <w:t>Primero.-</w:t>
      </w:r>
      <w:proofErr w:type="gramEnd"/>
      <w:r w:rsidRPr="00135ED8">
        <w:t xml:space="preserve"> Que </w:t>
      </w:r>
      <w:proofErr w:type="spellStart"/>
      <w:r w:rsidR="00F1393D" w:rsidRPr="00135ED8">
        <w:t>habiendo</w:t>
      </w:r>
      <w:proofErr w:type="spellEnd"/>
      <w:r w:rsidR="00F1393D" w:rsidRPr="00135ED8">
        <w:t xml:space="preserve"> </w:t>
      </w:r>
      <w:proofErr w:type="spellStart"/>
      <w:r w:rsidR="00F1393D" w:rsidRPr="00135ED8">
        <w:t>realizado</w:t>
      </w:r>
      <w:proofErr w:type="spellEnd"/>
      <w:r w:rsidR="00F1393D" w:rsidRPr="00135ED8">
        <w:t xml:space="preserve"> la </w:t>
      </w:r>
      <w:proofErr w:type="spellStart"/>
      <w:r w:rsidR="00F1393D" w:rsidRPr="00135ED8">
        <w:t>admisión</w:t>
      </w:r>
      <w:proofErr w:type="spellEnd"/>
      <w:r w:rsidR="00F1393D" w:rsidRPr="00135ED8">
        <w:t xml:space="preserve"> a </w:t>
      </w:r>
      <w:proofErr w:type="spellStart"/>
      <w:r w:rsidR="00F1393D" w:rsidRPr="00135ED8">
        <w:t>ciclos</w:t>
      </w:r>
      <w:proofErr w:type="spellEnd"/>
      <w:r w:rsidR="00F1393D" w:rsidRPr="00135ED8">
        <w:t xml:space="preserve"> </w:t>
      </w:r>
      <w:proofErr w:type="spellStart"/>
      <w:r w:rsidR="00F1393D" w:rsidRPr="00135ED8">
        <w:t>formativos</w:t>
      </w:r>
      <w:proofErr w:type="spellEnd"/>
      <w:r w:rsidR="00F1393D" w:rsidRPr="00135ED8">
        <w:t xml:space="preserve"> y/o </w:t>
      </w:r>
      <w:proofErr w:type="spellStart"/>
      <w:r w:rsidR="00F1393D" w:rsidRPr="00135ED8">
        <w:t>cursos</w:t>
      </w:r>
      <w:proofErr w:type="spellEnd"/>
      <w:r w:rsidR="00F1393D" w:rsidRPr="00135ED8">
        <w:t xml:space="preserve"> de </w:t>
      </w:r>
      <w:proofErr w:type="spellStart"/>
      <w:r w:rsidR="00F1393D" w:rsidRPr="00135ED8">
        <w:t>especialización</w:t>
      </w:r>
      <w:proofErr w:type="spellEnd"/>
      <w:r w:rsidR="00F1393D" w:rsidRPr="00135ED8">
        <w:t xml:space="preserve"> </w:t>
      </w:r>
      <w:proofErr w:type="spellStart"/>
      <w:r w:rsidR="00F1393D" w:rsidRPr="00135ED8">
        <w:t>en</w:t>
      </w:r>
      <w:proofErr w:type="spellEnd"/>
      <w:r w:rsidR="00F1393D" w:rsidRPr="00135ED8">
        <w:t xml:space="preserve"> </w:t>
      </w:r>
      <w:proofErr w:type="spellStart"/>
      <w:r w:rsidR="00F1393D" w:rsidRPr="00135ED8">
        <w:t>modalidad</w:t>
      </w:r>
      <w:proofErr w:type="spellEnd"/>
      <w:r w:rsidR="00F1393D" w:rsidRPr="00135ED8">
        <w:t xml:space="preserve"> </w:t>
      </w:r>
      <w:proofErr w:type="spellStart"/>
      <w:r w:rsidR="00F1393D" w:rsidRPr="00135ED8">
        <w:t>presencial</w:t>
      </w:r>
      <w:proofErr w:type="spellEnd"/>
      <w:r w:rsidR="00F1393D" w:rsidRPr="00135ED8">
        <w:t xml:space="preserve">, </w:t>
      </w:r>
      <w:proofErr w:type="spellStart"/>
      <w:r w:rsidR="00F1393D" w:rsidRPr="00135ED8">
        <w:t>presentando</w:t>
      </w:r>
      <w:proofErr w:type="spellEnd"/>
      <w:r w:rsidR="00F1393D" w:rsidRPr="00135ED8">
        <w:t xml:space="preserve"> la </w:t>
      </w:r>
      <w:proofErr w:type="spellStart"/>
      <w:r w:rsidR="00F1393D" w:rsidRPr="00135ED8">
        <w:t>solicitud</w:t>
      </w:r>
      <w:proofErr w:type="spellEnd"/>
      <w:r w:rsidR="00F1393D" w:rsidRPr="00135ED8">
        <w:t xml:space="preserve"> </w:t>
      </w:r>
      <w:proofErr w:type="spellStart"/>
      <w:r w:rsidR="00F1393D" w:rsidRPr="00135ED8">
        <w:t>en</w:t>
      </w:r>
      <w:proofErr w:type="spellEnd"/>
      <w:r w:rsidR="00F1393D" w:rsidRPr="00135ED8">
        <w:t xml:space="preserve"> </w:t>
      </w:r>
      <w:proofErr w:type="spellStart"/>
      <w:r w:rsidR="00F1393D" w:rsidRPr="00135ED8">
        <w:t>el</w:t>
      </w:r>
      <w:proofErr w:type="spellEnd"/>
      <w:r w:rsidR="00F1393D" w:rsidRPr="00135ED8">
        <w:t xml:space="preserve"> CIFP SIMÓN DE COLONIA, </w:t>
      </w:r>
      <w:r w:rsidR="00AB5041">
        <w:t xml:space="preserve">para </w:t>
      </w:r>
      <w:proofErr w:type="spellStart"/>
      <w:r w:rsidR="00AB5041">
        <w:t>el</w:t>
      </w:r>
      <w:proofErr w:type="spellEnd"/>
      <w:r w:rsidR="00AB5041">
        <w:t xml:space="preserve"> </w:t>
      </w:r>
      <w:r w:rsidR="000604B4">
        <w:t>CICLO</w:t>
      </w:r>
      <w:r w:rsidR="00AB5041">
        <w:t xml:space="preserve"> </w:t>
      </w:r>
      <w:sdt>
        <w:sdtPr>
          <w:id w:val="-1282422404"/>
          <w:placeholder>
            <w:docPart w:val="DefaultPlaceholder_-1854013440"/>
          </w:placeholder>
        </w:sdtPr>
        <w:sdtEndPr/>
        <w:sdtContent>
          <w:sdt>
            <w:sdtPr>
              <w:id w:val="-980385621"/>
              <w:placeholder>
                <w:docPart w:val="DefaultPlaceholder_-1854013438"/>
              </w:placeholder>
              <w:showingPlcHdr/>
              <w:dropDownList>
                <w:listItem w:value="Elija un elemento."/>
                <w:listItem w:displayText="CFGB - Instalaciones Electrotécnicas y Mecánica" w:value="CFGB - Instalaciones Electrotécnicas y Mecánica"/>
                <w:listItem w:displayText="CFGM - Instalaciones de Telecomunicaciones" w:value="CFGM - Instalaciones de Telecomunicaciones"/>
                <w:listItem w:displayText="CFGM - Mecanizado" w:value="CFGM - Mecanizado"/>
                <w:listItem w:displayText="CFGM - Instalaciones de Producción de Calor" w:value="CFGM - Instalaciones de Producción de Calor"/>
                <w:listItem w:displayText="CFGM - Instalaciones Frigoríficas y de Climatización" w:value="CFGM - Instalaciones Frigoríficas y de Climatización"/>
                <w:listItem w:displayText="CFGS - Sistemas Electrotécnicos y Automatizados (PRESENCIAL)" w:value="CFGS - Sistemas Electrotécnicos y Automatizados (PRESENCIAL)"/>
                <w:listItem w:displayText="CFGS - Sistemas Electrotécnicos y Automatizados (VIRTUAL)" w:value="CFGS - Sistemas Electrotécnicos y Automatizados (VIRTUAL)"/>
                <w:listItem w:displayText="CFGS - Sistemas de Telecomunicaciones e Informáticos" w:value="CFGS - Sistemas de Telecomunicaciones e Informáticos"/>
                <w:listItem w:displayText="CFGS - Mantenimiento Electrónico" w:value="CFGS - Mantenimiento Electrónico"/>
                <w:listItem w:displayText="CFGS - Automatización y Robótica Industrial (DIURNO)" w:value="CFGS - Automatización y Robótica Industrial (DIURNO)"/>
                <w:listItem w:displayText="CFGS - Automatización y Robótica Industrial (VESPERTINO)" w:value="CFGS - Automatización y Robótica Industrial (VESPERTINO)"/>
                <w:listItem w:displayText="CFGS - Programación de la Producción en Fabricación Mecánica" w:value="CFGS - Programación de la Producción en Fabricación Mecánica"/>
                <w:listItem w:displayText="CFGS - Mecatrónica Industrial (DIURNO)" w:value="CFGS - Mecatrónica Industrial (DIURNO)"/>
                <w:listItem w:displayText="CFGS - Mecatrónica Industrial (VESPERTINO)" w:value="CFGS - Mecatrónica Industrial (VESPERTINO)"/>
                <w:listItem w:displayText="CFGS - Energías Renovables" w:value="CFGS - Energías Renovables"/>
                <w:listItem w:displayText="CFGS - Gestión del agua" w:value="CFGS - Gestión del agua"/>
                <w:listItem w:displayText="CFGS – Prevención de Riesgos Profesionales " w:value="CFGS – Prevención de Riesgos Profesionales "/>
              </w:dropDownList>
            </w:sdtPr>
            <w:sdtContent>
              <w:r w:rsidR="00D734E9" w:rsidRPr="00832FDD">
                <w:rPr>
                  <w:rStyle w:val="Textodelmarcadordeposicin"/>
                </w:rPr>
                <w:t>Elija un elemento.</w:t>
              </w:r>
            </w:sdtContent>
          </w:sdt>
        </w:sdtContent>
      </w:sdt>
      <w:r w:rsidR="00AB5041">
        <w:t xml:space="preserve">, y </w:t>
      </w:r>
      <w:r w:rsidR="000604B4">
        <w:t>CURSO</w:t>
      </w:r>
      <w:r w:rsidR="00AB5041">
        <w:t xml:space="preserve"> </w:t>
      </w:r>
      <w:sdt>
        <w:sdtPr>
          <w:id w:val="-708185086"/>
          <w:placeholder>
            <w:docPart w:val="DefaultPlaceholder_-1854013438"/>
          </w:placeholder>
          <w:showingPlcHdr/>
          <w:dropDownList>
            <w:listItem w:value="Elija un elemento."/>
            <w:listItem w:displayText="1º" w:value="1º"/>
            <w:listItem w:displayText="2º" w:value="2º"/>
          </w:dropDownList>
        </w:sdtPr>
        <w:sdtContent>
          <w:r w:rsidR="00D734E9" w:rsidRPr="00832FDD">
            <w:rPr>
              <w:rStyle w:val="Textodelmarcadordeposicin"/>
            </w:rPr>
            <w:t>Elija un elemento.</w:t>
          </w:r>
        </w:sdtContent>
      </w:sdt>
    </w:p>
    <w:p w14:paraId="38AA2FA7" w14:textId="1C7C1051" w:rsidR="00777A86" w:rsidRPr="00135ED8" w:rsidRDefault="00AE7A53" w:rsidP="005D1F5B">
      <w:pPr>
        <w:spacing w:after="120" w:line="360" w:lineRule="auto"/>
      </w:pPr>
      <w:proofErr w:type="gramStart"/>
      <w:r w:rsidRPr="00135ED8">
        <w:t>Segundo.-</w:t>
      </w:r>
      <w:proofErr w:type="gramEnd"/>
      <w:r w:rsidRPr="00135ED8">
        <w:t xml:space="preserve"> Que</w:t>
      </w:r>
      <w:r w:rsidR="00F1393D" w:rsidRPr="00135ED8">
        <w:t xml:space="preserve"> habiendose publicado con fec</w:t>
      </w:r>
      <w:r w:rsidR="006126AB" w:rsidRPr="00135ED8">
        <w:t xml:space="preserve">ha 10/07/2026 </w:t>
      </w:r>
      <w:r w:rsidR="00A4393C" w:rsidRPr="00135ED8">
        <w:t>los listados provisionales de baremación del alumnado solicitante en el tablón de anuncios de</w:t>
      </w:r>
      <w:r w:rsidR="00FE2551" w:rsidRPr="00135ED8">
        <w:t>l</w:t>
      </w:r>
      <w:r w:rsidR="00A4393C" w:rsidRPr="00135ED8">
        <w:t xml:space="preserve"> centro</w:t>
      </w:r>
      <w:r w:rsidRPr="00135ED8">
        <w:t xml:space="preserve">, </w:t>
      </w:r>
      <w:r w:rsidR="006126AB" w:rsidRPr="00135ED8">
        <w:t>declara no estar de acuerdo con el mismo</w:t>
      </w:r>
      <w:r w:rsidR="00FE2551" w:rsidRPr="00135ED8">
        <w:t>, por lo que</w:t>
      </w:r>
    </w:p>
    <w:p w14:paraId="773F5A4C" w14:textId="77777777" w:rsidR="00777A86" w:rsidRPr="00135ED8" w:rsidRDefault="00777A86" w:rsidP="005D1F5B">
      <w:pPr>
        <w:spacing w:after="120" w:line="360" w:lineRule="auto"/>
      </w:pPr>
    </w:p>
    <w:p w14:paraId="54780B52" w14:textId="77777777" w:rsidR="00777A86" w:rsidRPr="00135ED8" w:rsidRDefault="00AE7A53" w:rsidP="00135ED8">
      <w:pPr>
        <w:spacing w:after="120"/>
      </w:pPr>
      <w:r w:rsidRPr="00135ED8">
        <w:rPr>
          <w:b/>
        </w:rPr>
        <w:t>SOLICITA</w:t>
      </w:r>
    </w:p>
    <w:p w14:paraId="1C57306B" w14:textId="45A59276" w:rsidR="00777A86" w:rsidRPr="00135ED8" w:rsidRDefault="006126AB" w:rsidP="00135ED8">
      <w:pPr>
        <w:spacing w:after="120"/>
      </w:pPr>
      <w:r w:rsidRPr="00135ED8">
        <w:t xml:space="preserve">La revision de los siguientes </w:t>
      </w:r>
      <w:r w:rsidR="00135ED8" w:rsidRPr="00135ED8">
        <w:t>criterios de baremación</w:t>
      </w:r>
      <w:r w:rsidRPr="00135ED8">
        <w:t>, y la corrección por tanto del baremo, si procede</w:t>
      </w:r>
      <w:r w:rsidR="00AE7A53" w:rsidRPr="00135ED8">
        <w:t>.</w:t>
      </w:r>
    </w:p>
    <w:p w14:paraId="24070CC2" w14:textId="3DF5A343" w:rsidR="006126AB" w:rsidRPr="00135ED8" w:rsidRDefault="00135ED8" w:rsidP="00135ED8">
      <w:pPr>
        <w:spacing w:after="120"/>
      </w:pPr>
      <w:r w:rsidRPr="00135ED8">
        <w:t xml:space="preserve">Criterios de baremación </w:t>
      </w:r>
      <w:r w:rsidR="006126AB" w:rsidRPr="00135ED8">
        <w:t>que solicita revisar:</w:t>
      </w:r>
    </w:p>
    <w:p w14:paraId="57E9345D" w14:textId="6C0F1CA2" w:rsidR="00777A86" w:rsidRPr="00135ED8" w:rsidRDefault="006126AB" w:rsidP="00C217C8">
      <w:pPr>
        <w:spacing w:after="120" w:line="360" w:lineRule="auto"/>
      </w:pPr>
      <w:r w:rsidRPr="00135ED8">
        <w:t xml:space="preserve">1.- </w:t>
      </w:r>
      <w:sdt>
        <w:sdtPr>
          <w:id w:val="898940670"/>
          <w:placeholder>
            <w:docPart w:val="DefaultPlaceholder_-1854013440"/>
          </w:placeholder>
        </w:sdtPr>
        <w:sdtEndPr/>
        <w:sdtContent>
          <w:r w:rsidRPr="00135ED8">
            <w:t>_______________________________________________________________________________________</w:t>
          </w:r>
        </w:sdtContent>
      </w:sdt>
      <w:r w:rsidRPr="00135ED8">
        <w:t xml:space="preserve"> </w:t>
      </w:r>
    </w:p>
    <w:p w14:paraId="18B15BBA" w14:textId="58DAA177" w:rsidR="006126AB" w:rsidRPr="00135ED8" w:rsidRDefault="006126AB" w:rsidP="00C217C8">
      <w:pPr>
        <w:spacing w:after="120" w:line="360" w:lineRule="auto"/>
      </w:pPr>
      <w:r w:rsidRPr="00135ED8">
        <w:t xml:space="preserve">2.- </w:t>
      </w:r>
      <w:sdt>
        <w:sdtPr>
          <w:id w:val="-1394499662"/>
          <w:placeholder>
            <w:docPart w:val="DefaultPlaceholder_-1854013440"/>
          </w:placeholder>
        </w:sdtPr>
        <w:sdtEndPr/>
        <w:sdtContent>
          <w:r w:rsidRPr="00135ED8">
            <w:t>_______________________________________________________________________________________</w:t>
          </w:r>
        </w:sdtContent>
      </w:sdt>
      <w:r w:rsidRPr="00135ED8">
        <w:t xml:space="preserve"> </w:t>
      </w:r>
    </w:p>
    <w:p w14:paraId="6718C08A" w14:textId="25F04956" w:rsidR="006126AB" w:rsidRPr="00135ED8" w:rsidRDefault="006126AB" w:rsidP="00C217C8">
      <w:pPr>
        <w:spacing w:after="120" w:line="360" w:lineRule="auto"/>
      </w:pPr>
      <w:r w:rsidRPr="00135ED8">
        <w:t xml:space="preserve">3.- </w:t>
      </w:r>
      <w:sdt>
        <w:sdtPr>
          <w:id w:val="477418915"/>
          <w:placeholder>
            <w:docPart w:val="DefaultPlaceholder_-1854013440"/>
          </w:placeholder>
        </w:sdtPr>
        <w:sdtEndPr/>
        <w:sdtContent>
          <w:r w:rsidRPr="00135ED8">
            <w:t>_______________________________________________________________________________________</w:t>
          </w:r>
        </w:sdtContent>
      </w:sdt>
      <w:r w:rsidRPr="00135ED8">
        <w:t xml:space="preserve"> </w:t>
      </w:r>
    </w:p>
    <w:p w14:paraId="3B9F6365" w14:textId="335A6877" w:rsidR="006126AB" w:rsidRPr="00135ED8" w:rsidRDefault="006126AB" w:rsidP="00C217C8">
      <w:pPr>
        <w:spacing w:after="120" w:line="360" w:lineRule="auto"/>
      </w:pPr>
      <w:r w:rsidRPr="00135ED8">
        <w:t xml:space="preserve">4.- </w:t>
      </w:r>
      <w:sdt>
        <w:sdtPr>
          <w:id w:val="1556895182"/>
          <w:placeholder>
            <w:docPart w:val="DefaultPlaceholder_-1854013440"/>
          </w:placeholder>
        </w:sdtPr>
        <w:sdtEndPr/>
        <w:sdtContent>
          <w:r w:rsidRPr="00135ED8">
            <w:t>_______________________________________________________________________________________</w:t>
          </w:r>
        </w:sdtContent>
      </w:sdt>
      <w:r w:rsidRPr="00135ED8">
        <w:t xml:space="preserve"> </w:t>
      </w:r>
    </w:p>
    <w:p w14:paraId="2259C44E" w14:textId="14507C19" w:rsidR="006126AB" w:rsidRPr="00135ED8" w:rsidRDefault="006126AB" w:rsidP="00C217C8">
      <w:pPr>
        <w:spacing w:after="120" w:line="360" w:lineRule="auto"/>
      </w:pPr>
      <w:r w:rsidRPr="00135ED8">
        <w:t xml:space="preserve">5.- </w:t>
      </w:r>
      <w:sdt>
        <w:sdtPr>
          <w:id w:val="-580220547"/>
          <w:placeholder>
            <w:docPart w:val="DefaultPlaceholder_-1854013440"/>
          </w:placeholder>
        </w:sdtPr>
        <w:sdtEndPr/>
        <w:sdtContent>
          <w:r w:rsidRPr="00135ED8">
            <w:t>_______________________________________________________________________________________</w:t>
          </w:r>
        </w:sdtContent>
      </w:sdt>
      <w:r w:rsidRPr="00135ED8">
        <w:t xml:space="preserve"> </w:t>
      </w:r>
    </w:p>
    <w:p w14:paraId="0BD0675C" w14:textId="14C5272C" w:rsidR="00777A86" w:rsidRPr="00135ED8" w:rsidRDefault="00A4393C" w:rsidP="008E4308">
      <w:pPr>
        <w:spacing w:before="120" w:after="120" w:line="240" w:lineRule="auto"/>
        <w:jc w:val="right"/>
      </w:pPr>
      <w:r w:rsidRPr="00135ED8">
        <w:t xml:space="preserve">Burgos, a </w:t>
      </w:r>
      <w:sdt>
        <w:sdtPr>
          <w:id w:val="-721909062"/>
          <w:placeholder>
            <w:docPart w:val="DefaultPlaceholder_-1854013437"/>
          </w:placeholder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Pr="00135ED8">
            <w:t>__</w:t>
          </w:r>
          <w:r w:rsidR="006147A1">
            <w:t>_____________</w:t>
          </w:r>
          <w:r w:rsidR="00135ED8">
            <w:t>___</w:t>
          </w:r>
          <w:r w:rsidRPr="00135ED8">
            <w:t>______________</w:t>
          </w:r>
        </w:sdtContent>
      </w:sdt>
      <w:r w:rsidRPr="00135ED8">
        <w:t xml:space="preserve"> </w:t>
      </w:r>
    </w:p>
    <w:p w14:paraId="150E3A5C" w14:textId="77777777" w:rsidR="00777A86" w:rsidRPr="00135ED8" w:rsidRDefault="00777A86" w:rsidP="005D1F5B">
      <w:pPr>
        <w:spacing w:after="120" w:line="240" w:lineRule="auto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8"/>
        <w:gridCol w:w="5464"/>
      </w:tblGrid>
      <w:tr w:rsidR="00777A86" w:rsidRPr="00135ED8" w14:paraId="225FFADD" w14:textId="77777777" w:rsidTr="006126AB"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5DE18874" w14:textId="77777777" w:rsidR="00777A86" w:rsidRPr="00135ED8" w:rsidRDefault="00AE7A53" w:rsidP="00135ED8">
            <w:pPr>
              <w:spacing w:after="120"/>
              <w:jc w:val="center"/>
            </w:pPr>
            <w:r w:rsidRPr="00135ED8">
              <w:t>DATOS DEL COMPARECIENTE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</w:tcPr>
          <w:p w14:paraId="303CAA5A" w14:textId="77777777" w:rsidR="00777A86" w:rsidRPr="00135ED8" w:rsidRDefault="00AE7A53" w:rsidP="00135ED8">
            <w:pPr>
              <w:spacing w:after="120"/>
              <w:jc w:val="center"/>
            </w:pPr>
            <w:r w:rsidRPr="00135ED8">
              <w:t>DATOS DEL REPRESENTANTE</w:t>
            </w:r>
          </w:p>
        </w:tc>
      </w:tr>
      <w:tr w:rsidR="00777A86" w:rsidRPr="00135ED8" w14:paraId="2017ADFC" w14:textId="77777777" w:rsidTr="006126AB"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110E9287" w14:textId="77777777" w:rsidR="00A4393C" w:rsidRPr="00135ED8" w:rsidRDefault="00AE7A53" w:rsidP="00135ED8">
            <w:pPr>
              <w:spacing w:after="120"/>
              <w:jc w:val="center"/>
            </w:pPr>
            <w:r w:rsidRPr="00135ED8">
              <w:t xml:space="preserve">Nombre y </w:t>
            </w:r>
            <w:proofErr w:type="gramStart"/>
            <w:r w:rsidRPr="00135ED8">
              <w:t>Apellidos :</w:t>
            </w:r>
            <w:proofErr w:type="gramEnd"/>
            <w:r w:rsidRPr="00135ED8">
              <w:t xml:space="preserve"> </w:t>
            </w:r>
          </w:p>
          <w:sdt>
            <w:sdtPr>
              <w:id w:val="57367283"/>
              <w:placeholder>
                <w:docPart w:val="DefaultPlaceholder_-1854013440"/>
              </w:placeholder>
            </w:sdtPr>
            <w:sdtEndPr/>
            <w:sdtContent>
              <w:p w14:paraId="5727C4A7" w14:textId="3C2C11D9" w:rsidR="00777A86" w:rsidRPr="00135ED8" w:rsidRDefault="00AE7A53" w:rsidP="00135ED8">
                <w:pPr>
                  <w:spacing w:after="120"/>
                  <w:jc w:val="center"/>
                </w:pPr>
                <w:r w:rsidRPr="00135ED8">
                  <w:t>________________________________________________</w:t>
                </w:r>
              </w:p>
            </w:sdtContent>
          </w:sdt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</w:tcPr>
          <w:p w14:paraId="6D9498C3" w14:textId="77777777" w:rsidR="00A4393C" w:rsidRPr="00135ED8" w:rsidRDefault="00AE7A53" w:rsidP="00135ED8">
            <w:pPr>
              <w:spacing w:after="120"/>
              <w:jc w:val="center"/>
            </w:pPr>
            <w:r w:rsidRPr="00135ED8">
              <w:t xml:space="preserve">Nombre y </w:t>
            </w:r>
            <w:proofErr w:type="gramStart"/>
            <w:r w:rsidRPr="00135ED8">
              <w:t>Apellidos :</w:t>
            </w:r>
            <w:proofErr w:type="gramEnd"/>
            <w:r w:rsidRPr="00135ED8">
              <w:t xml:space="preserve"> </w:t>
            </w:r>
          </w:p>
          <w:sdt>
            <w:sdtPr>
              <w:id w:val="1783533933"/>
              <w:placeholder>
                <w:docPart w:val="DefaultPlaceholder_-1854013440"/>
              </w:placeholder>
            </w:sdtPr>
            <w:sdtEndPr/>
            <w:sdtContent>
              <w:p w14:paraId="2BB028BD" w14:textId="3C481A58" w:rsidR="00777A86" w:rsidRPr="00135ED8" w:rsidRDefault="00AE7A53" w:rsidP="00135ED8">
                <w:pPr>
                  <w:spacing w:after="120"/>
                  <w:jc w:val="center"/>
                </w:pPr>
                <w:r w:rsidRPr="00135ED8">
                  <w:t>________________________________________________</w:t>
                </w:r>
              </w:p>
            </w:sdtContent>
          </w:sdt>
        </w:tc>
      </w:tr>
      <w:tr w:rsidR="00777A86" w:rsidRPr="00135ED8" w14:paraId="22388076" w14:textId="77777777" w:rsidTr="006126AB"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61A21D0E" w14:textId="77777777" w:rsidR="00A4393C" w:rsidRPr="00135ED8" w:rsidRDefault="00AE7A53" w:rsidP="00135ED8">
            <w:pPr>
              <w:spacing w:after="120"/>
              <w:jc w:val="center"/>
            </w:pPr>
            <w:r w:rsidRPr="00135ED8">
              <w:t>DNI/</w:t>
            </w:r>
            <w:proofErr w:type="gramStart"/>
            <w:r w:rsidRPr="00135ED8">
              <w:t>NIE :</w:t>
            </w:r>
            <w:proofErr w:type="gramEnd"/>
            <w:r w:rsidRPr="00135ED8">
              <w:t xml:space="preserve"> </w:t>
            </w:r>
          </w:p>
          <w:sdt>
            <w:sdtPr>
              <w:id w:val="1491364165"/>
              <w:placeholder>
                <w:docPart w:val="DefaultPlaceholder_-1854013440"/>
              </w:placeholder>
            </w:sdtPr>
            <w:sdtEndPr/>
            <w:sdtContent>
              <w:p w14:paraId="477A4F6C" w14:textId="32DB91B9" w:rsidR="00777A86" w:rsidRPr="00135ED8" w:rsidRDefault="00AE7A53" w:rsidP="00135ED8">
                <w:pPr>
                  <w:spacing w:after="120"/>
                  <w:jc w:val="center"/>
                </w:pPr>
                <w:r w:rsidRPr="00135ED8">
                  <w:t>_______________________________________________</w:t>
                </w:r>
              </w:p>
            </w:sdtContent>
          </w:sdt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</w:tcPr>
          <w:p w14:paraId="24586C75" w14:textId="77777777" w:rsidR="00A4393C" w:rsidRPr="00135ED8" w:rsidRDefault="00AE7A53" w:rsidP="00135ED8">
            <w:pPr>
              <w:spacing w:after="120"/>
              <w:jc w:val="center"/>
            </w:pPr>
            <w:r w:rsidRPr="00135ED8">
              <w:t>DNI/</w:t>
            </w:r>
            <w:proofErr w:type="gramStart"/>
            <w:r w:rsidRPr="00135ED8">
              <w:t>NIE :</w:t>
            </w:r>
            <w:proofErr w:type="gramEnd"/>
            <w:r w:rsidRPr="00135ED8">
              <w:t xml:space="preserve"> </w:t>
            </w:r>
          </w:p>
          <w:sdt>
            <w:sdtPr>
              <w:id w:val="2116560685"/>
              <w:placeholder>
                <w:docPart w:val="DefaultPlaceholder_-1854013440"/>
              </w:placeholder>
            </w:sdtPr>
            <w:sdtEndPr/>
            <w:sdtContent>
              <w:sdt>
                <w:sdtPr>
                  <w:id w:val="881604070"/>
                  <w:placeholder>
                    <w:docPart w:val="16F938C06475415D8C0DBA5FC880396A"/>
                  </w:placeholder>
                </w:sdtPr>
                <w:sdtContent>
                  <w:p w14:paraId="3A45C8E3" w14:textId="64589285" w:rsidR="00777A86" w:rsidRPr="00135ED8" w:rsidRDefault="0018277C" w:rsidP="0018277C">
                    <w:pPr>
                      <w:spacing w:after="120"/>
                      <w:jc w:val="center"/>
                    </w:pPr>
                    <w:r w:rsidRPr="00135ED8">
                      <w:t>_______________________________________________</w:t>
                    </w:r>
                  </w:p>
                </w:sdtContent>
              </w:sdt>
            </w:sdtContent>
          </w:sdt>
        </w:tc>
      </w:tr>
      <w:tr w:rsidR="00A4393C" w:rsidRPr="00135ED8" w14:paraId="433E8317" w14:textId="77777777" w:rsidTr="00A4393C"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2B2CDDD4" w14:textId="77777777" w:rsidR="00A4393C" w:rsidRPr="00135ED8" w:rsidRDefault="00A4393C" w:rsidP="00135ED8">
            <w:pPr>
              <w:spacing w:after="120"/>
              <w:jc w:val="center"/>
            </w:pPr>
            <w:proofErr w:type="gramStart"/>
            <w:r w:rsidRPr="00135ED8">
              <w:t>Firma :</w:t>
            </w:r>
            <w:proofErr w:type="gramEnd"/>
            <w:r w:rsidRPr="00135ED8">
              <w:t xml:space="preserve"> </w:t>
            </w:r>
          </w:p>
          <w:p w14:paraId="48177E58" w14:textId="4BE4FF8F" w:rsidR="00A4393C" w:rsidRPr="00135ED8" w:rsidRDefault="00A4393C" w:rsidP="00135ED8">
            <w:pPr>
              <w:spacing w:after="120"/>
              <w:jc w:val="center"/>
            </w:pPr>
            <w:r w:rsidRPr="00135ED8">
              <w:t>_______________________________________________</w:t>
            </w:r>
          </w:p>
        </w:tc>
        <w:tc>
          <w:tcPr>
            <w:tcW w:w="5464" w:type="dxa"/>
            <w:tcBorders>
              <w:top w:val="nil"/>
              <w:left w:val="nil"/>
              <w:bottom w:val="nil"/>
              <w:right w:val="nil"/>
            </w:tcBorders>
          </w:tcPr>
          <w:p w14:paraId="7E907863" w14:textId="77777777" w:rsidR="00A4393C" w:rsidRPr="00135ED8" w:rsidRDefault="00A4393C" w:rsidP="00135ED8">
            <w:pPr>
              <w:spacing w:after="120"/>
              <w:jc w:val="center"/>
            </w:pPr>
            <w:proofErr w:type="gramStart"/>
            <w:r w:rsidRPr="00135ED8">
              <w:t>Firma :</w:t>
            </w:r>
            <w:proofErr w:type="gramEnd"/>
            <w:r w:rsidRPr="00135ED8">
              <w:t xml:space="preserve"> </w:t>
            </w:r>
          </w:p>
          <w:p w14:paraId="4856C132" w14:textId="2CBB4F32" w:rsidR="00A4393C" w:rsidRPr="00135ED8" w:rsidRDefault="0018277C" w:rsidP="00135ED8">
            <w:pPr>
              <w:spacing w:after="120"/>
              <w:jc w:val="center"/>
            </w:pPr>
            <w:r w:rsidRPr="00135ED8">
              <w:t>_______________________________________________</w:t>
            </w:r>
          </w:p>
        </w:tc>
      </w:tr>
    </w:tbl>
    <w:p w14:paraId="6CA4FA18" w14:textId="65D9EA7B" w:rsidR="00777A86" w:rsidRPr="00AE7A53" w:rsidRDefault="00777A86" w:rsidP="00AE7A53">
      <w:pPr>
        <w:spacing w:after="0"/>
        <w:rPr>
          <w:sz w:val="8"/>
          <w:szCs w:val="8"/>
        </w:rPr>
      </w:pPr>
    </w:p>
    <w:sectPr w:rsidR="00777A86" w:rsidRPr="00AE7A53" w:rsidSect="00135ED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4B4"/>
    <w:rsid w:val="0006063C"/>
    <w:rsid w:val="00060D17"/>
    <w:rsid w:val="00135ED8"/>
    <w:rsid w:val="0015074B"/>
    <w:rsid w:val="0018277C"/>
    <w:rsid w:val="0029639D"/>
    <w:rsid w:val="00326F90"/>
    <w:rsid w:val="00396464"/>
    <w:rsid w:val="003C529F"/>
    <w:rsid w:val="00457D36"/>
    <w:rsid w:val="005D1F5B"/>
    <w:rsid w:val="006126AB"/>
    <w:rsid w:val="006147A1"/>
    <w:rsid w:val="00777A86"/>
    <w:rsid w:val="008C6280"/>
    <w:rsid w:val="008E4308"/>
    <w:rsid w:val="00923EE1"/>
    <w:rsid w:val="00A4393C"/>
    <w:rsid w:val="00A4559D"/>
    <w:rsid w:val="00AA1D8D"/>
    <w:rsid w:val="00AB5041"/>
    <w:rsid w:val="00AE7A53"/>
    <w:rsid w:val="00B47730"/>
    <w:rsid w:val="00C217C8"/>
    <w:rsid w:val="00CB0664"/>
    <w:rsid w:val="00D734E9"/>
    <w:rsid w:val="00F1393D"/>
    <w:rsid w:val="00FC693F"/>
    <w:rsid w:val="00FE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87AC0C"/>
  <w14:defaultImageDpi w14:val="300"/>
  <w15:docId w15:val="{E7C3CD63-3952-4669-81AD-F52003A5F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Textodelmarcadordeposicin">
    <w:name w:val="Placeholder Text"/>
    <w:basedOn w:val="Fuentedeprrafopredeter"/>
    <w:uiPriority w:val="99"/>
    <w:semiHidden/>
    <w:rsid w:val="00060D1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09993-53EF-4784-86D3-FDACF596B208}"/>
      </w:docPartPr>
      <w:docPartBody>
        <w:p w:rsidR="00CE2140" w:rsidRDefault="0041410B">
          <w:r w:rsidRPr="00832FD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8438E-0849-40C5-823E-2CCE559E1F76}"/>
      </w:docPartPr>
      <w:docPartBody>
        <w:p w:rsidR="00CE2140" w:rsidRDefault="0041410B">
          <w:r w:rsidRPr="00832FDD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D5523C-72ED-4CE2-A624-127A40627A67}"/>
      </w:docPartPr>
      <w:docPartBody>
        <w:p w:rsidR="00000000" w:rsidRDefault="00694C6B">
          <w:r w:rsidRPr="00832FDD">
            <w:rPr>
              <w:rStyle w:val="Textodelmarcadordeposicin"/>
            </w:rPr>
            <w:t>Elija un elemento.</w:t>
          </w:r>
        </w:p>
      </w:docPartBody>
    </w:docPart>
    <w:docPart>
      <w:docPartPr>
        <w:name w:val="16F938C06475415D8C0DBA5FC88039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8BF8A3-1FD6-4518-BFC9-D0FE3073C5CB}"/>
      </w:docPartPr>
      <w:docPartBody>
        <w:p w:rsidR="00000000" w:rsidRDefault="00694C6B" w:rsidP="00694C6B">
          <w:pPr>
            <w:pStyle w:val="16F938C06475415D8C0DBA5FC880396A"/>
          </w:pPr>
          <w:r w:rsidRPr="00832FDD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0B"/>
    <w:rsid w:val="00025FA3"/>
    <w:rsid w:val="0041410B"/>
    <w:rsid w:val="004D5725"/>
    <w:rsid w:val="005F1A01"/>
    <w:rsid w:val="00694C6B"/>
    <w:rsid w:val="009E339A"/>
    <w:rsid w:val="00CE2140"/>
    <w:rsid w:val="00FF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94C6B"/>
    <w:rPr>
      <w:color w:val="808080"/>
    </w:rPr>
  </w:style>
  <w:style w:type="paragraph" w:customStyle="1" w:styleId="16F938C06475415D8C0DBA5FC880396A">
    <w:name w:val="16F938C06475415D8C0DBA5FC880396A"/>
    <w:rsid w:val="00694C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356</Words>
  <Characters>1960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LOURDES SUALDEA SAN MARTIN</cp:lastModifiedBy>
  <cp:revision>6</cp:revision>
  <cp:lastPrinted>2026-07-03T12:36:00Z</cp:lastPrinted>
  <dcterms:created xsi:type="dcterms:W3CDTF">2026-07-13T10:41:00Z</dcterms:created>
  <dcterms:modified xsi:type="dcterms:W3CDTF">2026-07-13T11:09:00Z</dcterms:modified>
  <cp:category/>
</cp:coreProperties>
</file>